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 וחלקי דיבר - המעבדה של פרופסור 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של מילים ולהפריד אותו מהתוספות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בניינים שונים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בניינים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בבניין הפעיל יש תוספת ה' בתחילת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לשתי המילים יש את השורש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חלקי 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מילים למכונה של 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כותבים את המילה המלאה כפי שהיא מופיעה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 כך מסירים את התוספות והאותיות הנוספות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לאחר מכן מזהים את שלוש או ארבע האותיות שנשארות - זה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לבסוף בודקים אם המילה שייכת לשם עצם, פועל או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עזרה לפרופסור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נכון ושלוש המילים אכן נבנות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חלקי הדיבר מזוהים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מבדילה בין המשמעות הבסיסית לתבנית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ולתת לכל קבוצה שורש אחר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על הלוח פירוק של מילה אחת לשורש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המונגשת כדאי לספק מחסן מילים עם שורשים אפשריים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 וחלקי דיבר - המעבדה של פרופסור 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פרופסור שורש המציא מכונה שמפרקת מילים לשורשים, אבל המכונה התבלבלה. בדף הזה נתרגל זיהוי שורשים, בניינים וחלקי דיבר כדי לעזור לפרופסור לתקן את המכונה.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שם תואר  ·  פועל  ·  שם עצם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'מתגלגל'?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'כתיבה'?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זיהוי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לימד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פיעל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 - בניינים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הפעיל מוסיפים ה' בתחילת המילה, לדוגמה הקפיץ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'שומר' ו'שמירה' נבנות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'הילד הרץ המהיר ניצח בתחרות' - המילה 'מהיר'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'התלמידה כתבה חיבור ארוך' - המילה 'כתבה'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במשפט 'הספר נמצא על השולחן' - המילה 'ספר'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מיון מילים למכונה של פרופסור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לאחר מכן מזהים את שלוש או ארבע האותיות שנשארות - זה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לבסוף בודקים אם המילה שייכת לשם עצם, פועל או שם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קודם כותבים את המילה המלאה כפי שהיא מופיעה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 כך מסירים את התוספות והאותיות הנוספות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עזרה לפרופסור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שורש אחד ושלוש מילים שנבנות ממנו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עם שם עצם, פועל ושם תואר וסמנו כל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ובניין וחלקי דיבר - המעבדה של פרופסור שורש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