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של מילים ולהפריד אותו מהתוספות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שונים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בניינים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בבניין הפעיל יש תוספת ה' בתחילת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לשתי המילים יש את השורש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השורשים הם בני שלוש אותיות, חלקם בני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התלבש, התרחץ - פעולה הדדית או על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לזהות בניין גם לפי התבנית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 למכונה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כותבים את המילה המלאה כפי שהיא מופיעה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 כך מסירים את התוספות והאותיות הנוספות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לאחר מכן מזהים את שלוש או ארבע האותיות שנשארות - זה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לבסוף בודקים אם המילה שייכת לשם עצם, פועל או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עזרה לפרופסור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מילים כמו כתב, כתיבה, התכתב עם זיהוי נכון של בניין וחלק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שמסבירה שהשורש נותן את המשמעות הבסיסית והתוספות משנות זמן, בניין או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נכון ושלוש המילים אכן נבנות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חלקי הדיבר מזוהים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מבדילה בין המשמעות הבסיסית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שורש אחר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פירוק של מילה אחת לשורש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המונגשת כדאי לספק מחסן מילים עם שורשים אפשריים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פרופסור ממציא מכונה שמפרקת מילים לחלקים. נתרגל למצוא שורש של מילה ולהבין איזה חלק דיבר היא.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שהן הבסיס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בנויה המילה, לדוגמה פעל, פיעל,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המילה - שם עצם, פועל, שם תואר וכדומה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תכונה של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לשורש כדי ליצור 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השורש של המילה מתגלגל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של המילה הסתכלות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השורש של המילה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השורש של המילה התלבשות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השורש של המילה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בניינים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מוסיפים ה' בתחילת המילה, לדוגמה הקפיץ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'שומר' ו'שמירה' נבנות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בעברית יש בדיוק ארבע אותיות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התפעל מתאר לרוב פעולה שהאדם עושה לעצמו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לדעת את הבניין של מילה בלי לדעת מה השורש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'הילד הרץ המהיר ניצח בתחרות' - המילה 'מהיר'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'התלמידה כתבה חיבור ארוך' - המילה 'כתבה'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'הספר נמצא על השולחן' - המילה 'ספר'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'הוא רץ מהר מאוד' - המילה 'מהר'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'הילדה השמחה שרה שיר' - המילה 'שמחה'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מילים למכונה של 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לבסוף בודקים אם המילה שייכת לשם עצם, פועל או שם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כותבים את המילה המלאה כפי שהיא מופיעה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כך מסירים את התוספות והאותיות הנוספות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מכן מזהים את שלוש או ארבע האותיות שנשארות - זה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עזרה לפרופסור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כת-ב, וציינו לאיזה בניין וחלק דיבר שייכת 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להבדיל בין שורש לבין תוספות כשמנתחים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ושלוש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שם עצם, פועל ושם תואר וסמנו כל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בקצרה מה ההבדל בין שורש לבניין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 וחלקי דיבר - המעבדה של פרופסור שורש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