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 וחלקי דיבר - המעבדה של פרופסור 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של מילים ולהפריד אותו מהתוספות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בניינים שונים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גלגל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סכל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זיהוי בניינים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(פיעל)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(הפעיל)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(התפעל)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(נפעל)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 - בניינים ושורשים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בבניין הפעיל יש תוספת ה' בתחילת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לשתי המילים יש את השורש שמר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רוב השורשים הם בני שלוש אותיות, חלקם בני ארבע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כמו התלבש, התרחץ - פעולה הדדית או על עצמו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אפשר לזהות בניין גם לפי התבנית של המילה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חלקי דיבר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שם עצם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מילים למכונה של 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קודם כותבים את המילה המלאה כפי שהיא מופיעה במשפט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אחר כך מסירים את התוספות והאותיות הנוספות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לאחר מכן מזהים את שלוש או ארבע האותיות שנשארות - זה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לבסוף בודקים אם המילה שייכת לשם עצם, פועל או שם תואר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עזרה לפרופסור 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תלמידים יכתבו מילים כמו כתב, כתיבה, התכתב עם זיהוי נכון של בניין וחלק דיבר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שמסבירה שהשורש נותן את המשמעות הבסיסית והתוספות משנות זמן, בניין או תפקיד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השורש נכון ושלוש המילים אכן נבנות ממנו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חלקי הדיבר מזוהים נכון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מבדילה בין המשמעות הבסיסית לתבנית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לקבוצות ולתת לכל קבוצה שורש אחר לעבודה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על הלוח פירוק של מילה אחת לשורש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המונגשת כדאי לספק מחסן מילים עם שורשים אפשריים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חדרי בריחה לשוניים – מאגר עברית חט״ב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ובניין וחלקי דיבר - המעבדה של פרופסור שורש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פרופסור שורש המציא מכונה שמפרקת מילים לשורשים, אבל המכונה התבלבלה. בדף הזה נתרגל זיהוי שורשים, בניינים וחלקי דיבר כדי לעזור לפרופסור לתקן את המכונה.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השורש של המילה 'מתגלגל'?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השורש של המילה 'הסתכלות'?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הסת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השורש של המילה 'כתיבה'?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מהו השורש של המילה 'התלבשות'?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השורש של המילה 'מחשבה'?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מחש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זיהוי בניינים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פיעל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לימד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הלביש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נפעל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התרגש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הפעיל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נכתב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פעל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 - בניינים ושורשים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בבניין הפעיל מוסיפים ה' בתחילת המילה, לדוגמה הקפיץ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המילים 'שומר' ו'שמירה' נבנות מאותו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מילה בעברית יש בדיוק ארבע אותיות שורש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התפעל מתאר לרוב פעולה שהאדם עושה לעצמו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לדעת את הבניין של מילה בלי לדעת מה השורש שלה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חלקי דיבר במשפט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במשפט 'הילד הרץ המהיר ניצח בתחרות' - המילה 'מהיר'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במשפט 'התלמידה כתבה חיבור ארוך' - המילה 'כתבה'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במשפט 'הספר נמצא על השולחן' - המילה 'ספר'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במשפט 'הוא רץ מהר מאוד' - המילה 'מהר'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במשפט 'הילדה השמחה שרה שיר' - המילה 'שמחה'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מילים למכונה של פרופסור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 כך מסירים את התוספות והאותיות הנוספות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קודם כותבים את המילה המלאה כפי שהיא מופיעה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לבסוף בודקים אם המילה שייכת לשם עצם, פועל או שם תואר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לאחר מכן מזהים את שלוש או ארבע האותיות שנשארות - זה השורש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עזרה לפרופסור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שלוש מילים נוספות מהשורש כת-ב, וציינו לאיזה בניין וחלק דיבר שייכת כל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למה חשוב להבדיל בין שורש לבין תוספות כשמנתחים מילה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שורש אחד ושלוש מילים שנבנות ממנו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למשפט עם שם עצם, פועל ושם תואר וסמנו כל מילה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הסבירו בקצרה מה ההבדל בין שורש לבניין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ובניין וחלקי דיבר - המעבדה של פרופסור שורש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